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4AEC0" w14:textId="77777777" w:rsidR="00CF17F2" w:rsidRDefault="00CF17F2">
      <w:pPr>
        <w:pStyle w:val="Titolo"/>
        <w:rPr>
          <w:lang w:val="it-IT"/>
        </w:rPr>
      </w:pPr>
    </w:p>
    <w:p w14:paraId="4C0A8E77" w14:textId="11B0D1B2" w:rsidR="00FC250A" w:rsidRPr="00A536E3" w:rsidRDefault="002A1E82">
      <w:pPr>
        <w:pStyle w:val="Titolo"/>
        <w:rPr>
          <w:lang w:val="it-IT"/>
        </w:rPr>
      </w:pPr>
      <w:r w:rsidRPr="00A536E3">
        <w:rPr>
          <w:lang w:val="it-IT"/>
        </w:rPr>
        <w:t>RESTART - Linee guida per la pubblicazione sui siti dei partner</w:t>
      </w:r>
      <w:r w:rsidR="00CF17F2">
        <w:rPr>
          <w:lang w:val="it-IT"/>
        </w:rPr>
        <w:t xml:space="preserve"> di progetto</w:t>
      </w:r>
    </w:p>
    <w:p w14:paraId="4C0846CB" w14:textId="77777777" w:rsidR="00FC250A" w:rsidRPr="00A536E3" w:rsidRDefault="002A1E82">
      <w:pPr>
        <w:pStyle w:val="Titolo1"/>
        <w:rPr>
          <w:lang w:val="it-IT"/>
        </w:rPr>
      </w:pPr>
      <w:r w:rsidRPr="00A536E3">
        <w:rPr>
          <w:lang w:val="it-IT"/>
        </w:rPr>
        <w:t>Finalità del documento</w:t>
      </w:r>
    </w:p>
    <w:p w14:paraId="7490B23C" w14:textId="62C02C07" w:rsidR="00FC250A" w:rsidRPr="00A536E3" w:rsidRDefault="002A1E82">
      <w:pPr>
        <w:rPr>
          <w:lang w:val="it-IT"/>
        </w:rPr>
      </w:pPr>
      <w:r w:rsidRPr="00A536E3">
        <w:rPr>
          <w:lang w:val="it-IT"/>
        </w:rPr>
        <w:t xml:space="preserve">Il presente documento fornisce indicazioni operative ai partner per la pubblicazione di contenuti relativi a RESTART sui propri siti istituzionali. Il testo </w:t>
      </w:r>
      <w:r w:rsidR="00CF17F2">
        <w:rPr>
          <w:lang w:val="it-IT"/>
        </w:rPr>
        <w:t>di seguito riportato</w:t>
      </w:r>
      <w:r w:rsidRPr="00A536E3">
        <w:rPr>
          <w:lang w:val="it-IT"/>
        </w:rPr>
        <w:t xml:space="preserve"> ha carattere istituzionale e informativo, non promozionale.</w:t>
      </w:r>
    </w:p>
    <w:p w14:paraId="6E12957D" w14:textId="77777777" w:rsidR="00FC250A" w:rsidRPr="00A536E3" w:rsidRDefault="002A1E82">
      <w:pPr>
        <w:pStyle w:val="Titolo1"/>
        <w:rPr>
          <w:lang w:val="it-IT"/>
        </w:rPr>
      </w:pPr>
      <w:r w:rsidRPr="00A536E3">
        <w:rPr>
          <w:lang w:val="it-IT"/>
        </w:rPr>
        <w:t>Dove pubblicare</w:t>
      </w:r>
    </w:p>
    <w:p w14:paraId="59FDD99D" w14:textId="77777777" w:rsidR="00FC250A" w:rsidRPr="00A536E3" w:rsidRDefault="002A1E82">
      <w:pPr>
        <w:rPr>
          <w:lang w:val="it-IT"/>
        </w:rPr>
      </w:pPr>
      <w:r w:rsidRPr="00A536E3">
        <w:rPr>
          <w:lang w:val="it-IT"/>
        </w:rPr>
        <w:t>Sezioni consigliate: Progetti, News istituzionali, Politiche giovanili, Iniziative territoriali, Attività finanziate.</w:t>
      </w:r>
    </w:p>
    <w:p w14:paraId="7A9249F4" w14:textId="77777777" w:rsidR="00FC250A" w:rsidRPr="00A536E3" w:rsidRDefault="002A1E82">
      <w:pPr>
        <w:pStyle w:val="Titolo1"/>
        <w:rPr>
          <w:lang w:val="it-IT"/>
        </w:rPr>
      </w:pPr>
      <w:r w:rsidRPr="00A536E3">
        <w:rPr>
          <w:lang w:val="it-IT"/>
        </w:rPr>
        <w:t>Durata della pubblicazione</w:t>
      </w:r>
    </w:p>
    <w:p w14:paraId="592C0163" w14:textId="77777777" w:rsidR="00FC250A" w:rsidRPr="00A536E3" w:rsidRDefault="002A1E82">
      <w:pPr>
        <w:rPr>
          <w:lang w:val="it-IT"/>
        </w:rPr>
      </w:pPr>
      <w:r w:rsidRPr="00A536E3">
        <w:rPr>
          <w:lang w:val="it-IT"/>
        </w:rPr>
        <w:t>Si suggerisce di mantenere il contenuto online per tutta la durata del progetto.</w:t>
      </w:r>
    </w:p>
    <w:p w14:paraId="083E149A" w14:textId="77777777" w:rsidR="00FC250A" w:rsidRPr="00A536E3" w:rsidRDefault="002A1E82">
      <w:pPr>
        <w:pStyle w:val="Titolo1"/>
        <w:rPr>
          <w:lang w:val="it-IT"/>
        </w:rPr>
      </w:pPr>
      <w:r w:rsidRPr="00A536E3">
        <w:rPr>
          <w:lang w:val="it-IT"/>
        </w:rPr>
        <w:t>Loghi e identità visiva</w:t>
      </w:r>
    </w:p>
    <w:p w14:paraId="50A8FF0F" w14:textId="0ED76E76" w:rsidR="00FC250A" w:rsidRDefault="002A1E82">
      <w:pPr>
        <w:rPr>
          <w:lang w:val="it-IT"/>
        </w:rPr>
      </w:pPr>
      <w:r w:rsidRPr="00A536E3">
        <w:rPr>
          <w:lang w:val="it-IT"/>
        </w:rPr>
        <w:t>Utilizzare la grafica ufficiale del progetto e i loghi previsti dalle linee guida di comunicazione.</w:t>
      </w:r>
      <w:r w:rsidR="00A536E3">
        <w:rPr>
          <w:lang w:val="it-IT"/>
        </w:rPr>
        <w:t xml:space="preserve"> Se servisse un’immagine con dimensione diversa da quella inviata, per adattarla al proprio sito, è necessario richiederla a FEDERICA RACCUGLIA via email all’indirizzo </w:t>
      </w:r>
      <w:hyperlink r:id="rId12" w:history="1">
        <w:r w:rsidR="00A536E3" w:rsidRPr="00075389">
          <w:rPr>
            <w:rStyle w:val="Collegamentoipertestuale"/>
            <w:lang w:val="it-IT"/>
          </w:rPr>
          <w:t>fraccuglia@csf.lombardia.it</w:t>
        </w:r>
      </w:hyperlink>
    </w:p>
    <w:p w14:paraId="7E4DB53E" w14:textId="3C081562" w:rsidR="00FC250A" w:rsidRPr="00A536E3" w:rsidRDefault="002A1E82">
      <w:pPr>
        <w:pStyle w:val="Titolo1"/>
        <w:rPr>
          <w:lang w:val="it-IT"/>
        </w:rPr>
      </w:pPr>
      <w:r w:rsidRPr="00A536E3">
        <w:rPr>
          <w:lang w:val="it-IT"/>
        </w:rPr>
        <w:t>Dicitura istituzionale</w:t>
      </w:r>
      <w:r w:rsidR="00CF17F2">
        <w:rPr>
          <w:lang w:val="it-IT"/>
        </w:rPr>
        <w:t xml:space="preserve"> da inserire sempre in qualunque comunicazione ufficiale</w:t>
      </w:r>
    </w:p>
    <w:p w14:paraId="062F00B7" w14:textId="77777777" w:rsidR="00FC250A" w:rsidRPr="00A536E3" w:rsidRDefault="002A1E82">
      <w:pPr>
        <w:rPr>
          <w:lang w:val="it-IT"/>
        </w:rPr>
      </w:pPr>
      <w:r w:rsidRPr="00A536E3">
        <w:rPr>
          <w:lang w:val="it-IT"/>
        </w:rPr>
        <w:t xml:space="preserve">RESTART è realizzato nell'ambito del bando </w:t>
      </w:r>
      <w:proofErr w:type="spellStart"/>
      <w:r w:rsidRPr="00A536E3">
        <w:rPr>
          <w:lang w:val="it-IT"/>
        </w:rPr>
        <w:t>ZeroNEET</w:t>
      </w:r>
      <w:proofErr w:type="spellEnd"/>
      <w:r w:rsidRPr="00A536E3">
        <w:rPr>
          <w:lang w:val="it-IT"/>
        </w:rPr>
        <w:t xml:space="preserve"> promosso da Regione Lombardia e del Programma Regionale Lombardia FSE+ 2021-2027. L'iniziativa si inserisce nella sfida </w:t>
      </w:r>
      <w:proofErr w:type="spellStart"/>
      <w:r w:rsidRPr="00A536E3">
        <w:rPr>
          <w:lang w:val="it-IT"/>
        </w:rPr>
        <w:t>ZeroNeet</w:t>
      </w:r>
      <w:proofErr w:type="spellEnd"/>
      <w:r w:rsidRPr="00A536E3">
        <w:rPr>
          <w:lang w:val="it-IT"/>
        </w:rPr>
        <w:t xml:space="preserve"> promossa da Fondazione Cariplo in collaborazione con Intesa Sanpaolo.</w:t>
      </w:r>
    </w:p>
    <w:p w14:paraId="543B2341" w14:textId="60BA1E49" w:rsidR="00FC250A" w:rsidRPr="00A536E3" w:rsidRDefault="00A536E3">
      <w:pPr>
        <w:pStyle w:val="Titolo1"/>
        <w:rPr>
          <w:lang w:val="it-IT"/>
        </w:rPr>
      </w:pPr>
      <w:r w:rsidRPr="00A536E3">
        <w:rPr>
          <w:lang w:val="it-IT"/>
        </w:rPr>
        <w:t>C</w:t>
      </w:r>
      <w:r>
        <w:rPr>
          <w:lang w:val="it-IT"/>
        </w:rPr>
        <w:t>ontatti</w:t>
      </w:r>
    </w:p>
    <w:p w14:paraId="0556B0CB" w14:textId="77777777" w:rsidR="00CF17F2" w:rsidRDefault="002A1E82">
      <w:pPr>
        <w:rPr>
          <w:lang w:val="it-IT"/>
        </w:rPr>
      </w:pPr>
      <w:r w:rsidRPr="00A536E3">
        <w:rPr>
          <w:lang w:val="it-IT"/>
        </w:rPr>
        <w:t>progetto@restart-iltuotalento.it</w:t>
      </w:r>
    </w:p>
    <w:p w14:paraId="10590C63" w14:textId="54D1DC68" w:rsidR="00FC250A" w:rsidRPr="00A536E3" w:rsidRDefault="002A1E82" w:rsidP="00CF17F2">
      <w:pPr>
        <w:pStyle w:val="Titolo1"/>
        <w:rPr>
          <w:lang w:val="it-IT"/>
        </w:rPr>
      </w:pPr>
      <w:r w:rsidRPr="00A536E3">
        <w:rPr>
          <w:lang w:val="it-IT"/>
        </w:rPr>
        <w:br w:type="page"/>
      </w:r>
      <w:r w:rsidRPr="00A536E3">
        <w:rPr>
          <w:lang w:val="it-IT"/>
        </w:rPr>
        <w:lastRenderedPageBreak/>
        <w:t>TESTO ISTITUZIONALE DA PUBBLICARE</w:t>
      </w:r>
      <w:r w:rsidR="00A536E3">
        <w:rPr>
          <w:lang w:val="it-IT"/>
        </w:rPr>
        <w:t xml:space="preserve"> SUI SITI DEI PARTNER</w:t>
      </w:r>
    </w:p>
    <w:p w14:paraId="433CDCD3" w14:textId="66DAB685" w:rsidR="00FC250A" w:rsidRDefault="00A536E3">
      <w:pPr>
        <w:rPr>
          <w:lang w:val="it-IT"/>
        </w:rPr>
      </w:pPr>
      <w:r w:rsidRPr="00A536E3">
        <w:rPr>
          <w:lang w:val="it-IT"/>
        </w:rPr>
        <w:t xml:space="preserve">RESTART – Riparti dal tuo talento è il progetto dedicato all'intercettazione, all'accompagnamento e alla riattivazione dei giovani NEET (Not in </w:t>
      </w:r>
      <w:proofErr w:type="spellStart"/>
      <w:r w:rsidRPr="00A536E3">
        <w:rPr>
          <w:lang w:val="it-IT"/>
        </w:rPr>
        <w:t>Education</w:t>
      </w:r>
      <w:proofErr w:type="spellEnd"/>
      <w:r w:rsidRPr="00A536E3">
        <w:rPr>
          <w:lang w:val="it-IT"/>
        </w:rPr>
        <w:t xml:space="preserve">, </w:t>
      </w:r>
      <w:proofErr w:type="spellStart"/>
      <w:r w:rsidRPr="00A536E3">
        <w:rPr>
          <w:lang w:val="it-IT"/>
        </w:rPr>
        <w:t>Employment</w:t>
      </w:r>
      <w:proofErr w:type="spellEnd"/>
      <w:r w:rsidRPr="00A536E3">
        <w:rPr>
          <w:lang w:val="it-IT"/>
        </w:rPr>
        <w:t xml:space="preserve"> or Training) della provincia di Pavia, ovvero ragazzi e ragazze tra i 15 e i 29 anni che non studiano, non lavorano e non frequentano percorsi di formazione.</w:t>
      </w:r>
      <w:r w:rsidRPr="00A536E3">
        <w:rPr>
          <w:lang w:val="it-IT"/>
        </w:rPr>
        <w:br/>
      </w:r>
      <w:r w:rsidRPr="00A536E3">
        <w:rPr>
          <w:lang w:val="it-IT"/>
        </w:rPr>
        <w:br/>
        <w:t>Il progetto nasce dalla collaborazione tra enti pubblici e privati del territorio con l'obiettivo di costruire una rete stabile e capillare capace di raggiungere anche i giovani più lontani dai servizi tradizionali, valorizzandone talenti, competenze e potenzialità.</w:t>
      </w:r>
      <w:r w:rsidRPr="00A536E3">
        <w:rPr>
          <w:lang w:val="it-IT"/>
        </w:rPr>
        <w:br/>
      </w:r>
      <w:r w:rsidRPr="00A536E3">
        <w:rPr>
          <w:lang w:val="it-IT"/>
        </w:rPr>
        <w:br/>
        <w:t>Attraverso attività di ascolto, orientamento, formazione, laboratori esperienziali, accompagnamento al lavoro e percorsi personalizzati di crescita, RESTART offre ai giovani nuove opportunità per costruire il proprio futuro, favorendo l'autonomia personale, l'inclusione sociale e l'inserimento nel mondo del lavoro.</w:t>
      </w:r>
      <w:r w:rsidRPr="00A536E3">
        <w:rPr>
          <w:lang w:val="it-IT"/>
        </w:rPr>
        <w:br/>
      </w:r>
      <w:r w:rsidRPr="00A536E3">
        <w:rPr>
          <w:lang w:val="it-IT"/>
        </w:rPr>
        <w:br/>
        <w:t>Il progetto coinvolge 111 Comuni della provincia di Pavia e vede la collaborazione di una rete territoriale composta da enti formativi, servizi sociali, istituzioni, organizzazioni del Terzo Settore e realtà della comunità educante.</w:t>
      </w:r>
      <w:r w:rsidRPr="00A536E3">
        <w:rPr>
          <w:lang w:val="it-IT"/>
        </w:rPr>
        <w:br/>
      </w:r>
      <w:r w:rsidRPr="00A536E3">
        <w:rPr>
          <w:lang w:val="it-IT"/>
        </w:rPr>
        <w:br/>
        <w:t xml:space="preserve">Il partenariato è composto da Centro Servizi Formazione (capofila), Consorzio Sociale Pavese, Ambito Alto e Basso Pavese, Piano di Zona di Voghera, Ambito Broni-Casteggio, APOLF, Fondazione Le Vele – Santa Chiara, Fondazione </w:t>
      </w:r>
      <w:proofErr w:type="spellStart"/>
      <w:r w:rsidRPr="00A536E3">
        <w:rPr>
          <w:lang w:val="it-IT"/>
        </w:rPr>
        <w:t>Adolescere</w:t>
      </w:r>
      <w:proofErr w:type="spellEnd"/>
      <w:r w:rsidRPr="00A536E3">
        <w:rPr>
          <w:lang w:val="it-IT"/>
        </w:rPr>
        <w:t xml:space="preserve"> e Babele ODV.</w:t>
      </w:r>
      <w:r w:rsidRPr="00A536E3">
        <w:rPr>
          <w:lang w:val="it-IT"/>
        </w:rPr>
        <w:br/>
      </w:r>
      <w:r w:rsidRPr="00A536E3">
        <w:rPr>
          <w:lang w:val="it-IT"/>
        </w:rPr>
        <w:br/>
        <w:t xml:space="preserve">RESTART è realizzato nell'ambito del bando </w:t>
      </w:r>
      <w:proofErr w:type="spellStart"/>
      <w:r w:rsidRPr="00A536E3">
        <w:rPr>
          <w:lang w:val="it-IT"/>
        </w:rPr>
        <w:t>ZeroNEET</w:t>
      </w:r>
      <w:proofErr w:type="spellEnd"/>
      <w:r w:rsidRPr="00A536E3">
        <w:rPr>
          <w:lang w:val="it-IT"/>
        </w:rPr>
        <w:t xml:space="preserve"> – Reti di opportunità per l'inserimento occupazionale e le competenze, promosso da Regione Lombardia nell'ambito del Programma Regionale Lombardia FSE+ 2021-2027. L'iniziativa si inserisce nella più ampia sfida </w:t>
      </w:r>
      <w:proofErr w:type="spellStart"/>
      <w:r w:rsidRPr="00A536E3">
        <w:rPr>
          <w:lang w:val="it-IT"/>
        </w:rPr>
        <w:t>ZeroNeet</w:t>
      </w:r>
      <w:proofErr w:type="spellEnd"/>
      <w:r w:rsidRPr="00A536E3">
        <w:rPr>
          <w:lang w:val="it-IT"/>
        </w:rPr>
        <w:t>, promossa da Fondazione Cariplo in collaborazione con Intesa Sanpaolo, finalizzata a contrastare il fenomeno dei giovani che non studiano, non lavorano e non sono inseriti in percorsi formativi, attraverso il rafforzamento delle reti territoriali e la costruzione di opportunità concrete di attivazione e inclusione.</w:t>
      </w:r>
      <w:r w:rsidRPr="00A536E3">
        <w:rPr>
          <w:lang w:val="it-IT"/>
        </w:rPr>
        <w:br/>
      </w:r>
      <w:r w:rsidRPr="00A536E3">
        <w:rPr>
          <w:lang w:val="it-IT"/>
        </w:rPr>
        <w:br/>
        <w:t xml:space="preserve">Per informazioni: </w:t>
      </w:r>
      <w:r w:rsidR="00CF17F2">
        <w:rPr>
          <w:lang w:val="it-IT"/>
        </w:rPr>
        <w:br/>
      </w:r>
      <w:hyperlink r:id="rId13" w:history="1">
        <w:r w:rsidR="009E704E" w:rsidRPr="00E857AB">
          <w:rPr>
            <w:rStyle w:val="Collegamentoipertestuale"/>
            <w:lang w:val="it-IT"/>
          </w:rPr>
          <w:t>progetto@restart-iltuotalento.it</w:t>
        </w:r>
      </w:hyperlink>
    </w:p>
    <w:p w14:paraId="0A72DF32" w14:textId="2FE3D296" w:rsidR="00CF17F2" w:rsidRPr="00A536E3" w:rsidRDefault="00CF17F2">
      <w:pPr>
        <w:rPr>
          <w:lang w:val="it-IT"/>
        </w:rPr>
      </w:pPr>
      <w:hyperlink r:id="rId14" w:history="1">
        <w:r w:rsidRPr="00E857AB">
          <w:rPr>
            <w:rStyle w:val="Collegamentoipertestuale"/>
            <w:lang w:val="it-IT"/>
          </w:rPr>
          <w:t>www.restart-iltuotalento.it</w:t>
        </w:r>
      </w:hyperlink>
      <w:r>
        <w:rPr>
          <w:lang w:val="it-IT"/>
        </w:rPr>
        <w:t xml:space="preserve"> </w:t>
      </w:r>
    </w:p>
    <w:sectPr w:rsidR="00CF17F2" w:rsidRPr="00A536E3" w:rsidSect="00034616">
      <w:headerReference w:type="default" r:id="rId15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55166" w14:textId="77777777" w:rsidR="00A57A98" w:rsidRDefault="00A57A98" w:rsidP="00CF17F2">
      <w:pPr>
        <w:spacing w:after="0" w:line="240" w:lineRule="auto"/>
      </w:pPr>
      <w:r>
        <w:separator/>
      </w:r>
    </w:p>
  </w:endnote>
  <w:endnote w:type="continuationSeparator" w:id="0">
    <w:p w14:paraId="2B813B1C" w14:textId="77777777" w:rsidR="00A57A98" w:rsidRDefault="00A57A98" w:rsidP="00CF1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0FC6D" w14:textId="77777777" w:rsidR="00A57A98" w:rsidRDefault="00A57A98" w:rsidP="00CF17F2">
      <w:pPr>
        <w:spacing w:after="0" w:line="240" w:lineRule="auto"/>
      </w:pPr>
      <w:r>
        <w:separator/>
      </w:r>
    </w:p>
  </w:footnote>
  <w:footnote w:type="continuationSeparator" w:id="0">
    <w:p w14:paraId="566BECE8" w14:textId="77777777" w:rsidR="00A57A98" w:rsidRDefault="00A57A98" w:rsidP="00CF17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26665" w14:textId="213A8189" w:rsidR="00CF17F2" w:rsidRDefault="00CF17F2">
    <w:pPr>
      <w:pStyle w:val="Intestazione"/>
    </w:pPr>
    <w:r>
      <w:rPr>
        <w:noProof/>
      </w:rPr>
      <w:drawing>
        <wp:inline distT="0" distB="0" distL="0" distR="0" wp14:anchorId="5C883803" wp14:editId="70D9C3B9">
          <wp:extent cx="1181100" cy="590550"/>
          <wp:effectExtent l="0" t="0" r="0" b="0"/>
          <wp:docPr id="1690039081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0039081" name="Immagine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100" cy="590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71392454">
    <w:abstractNumId w:val="8"/>
  </w:num>
  <w:num w:numId="2" w16cid:durableId="470438194">
    <w:abstractNumId w:val="6"/>
  </w:num>
  <w:num w:numId="3" w16cid:durableId="1882866230">
    <w:abstractNumId w:val="5"/>
  </w:num>
  <w:num w:numId="4" w16cid:durableId="2029137930">
    <w:abstractNumId w:val="4"/>
  </w:num>
  <w:num w:numId="5" w16cid:durableId="222572189">
    <w:abstractNumId w:val="7"/>
  </w:num>
  <w:num w:numId="6" w16cid:durableId="506747781">
    <w:abstractNumId w:val="3"/>
  </w:num>
  <w:num w:numId="7" w16cid:durableId="1590698959">
    <w:abstractNumId w:val="2"/>
  </w:num>
  <w:num w:numId="8" w16cid:durableId="942684131">
    <w:abstractNumId w:val="1"/>
  </w:num>
  <w:num w:numId="9" w16cid:durableId="1670447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46090"/>
    <w:rsid w:val="0015074B"/>
    <w:rsid w:val="0029639D"/>
    <w:rsid w:val="002A1E82"/>
    <w:rsid w:val="00326F90"/>
    <w:rsid w:val="007B7D51"/>
    <w:rsid w:val="0096511B"/>
    <w:rsid w:val="009E704E"/>
    <w:rsid w:val="00A536E3"/>
    <w:rsid w:val="00A57A98"/>
    <w:rsid w:val="00AA1D8D"/>
    <w:rsid w:val="00B47730"/>
    <w:rsid w:val="00CB0664"/>
    <w:rsid w:val="00CF17F2"/>
    <w:rsid w:val="00FC250A"/>
    <w:rsid w:val="00FC693F"/>
    <w:rsid w:val="00FD4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BB5799"/>
  <w14:defaultImageDpi w14:val="300"/>
  <w15:docId w15:val="{EB7CD9C0-D4AC-4E33-B856-4C247653D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llegamentoipertestuale">
    <w:name w:val="Hyperlink"/>
    <w:basedOn w:val="Carpredefinitoparagrafo"/>
    <w:uiPriority w:val="99"/>
    <w:unhideWhenUsed/>
    <w:rsid w:val="00A536E3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536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progetto@restart-iltuotalento.it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fraccuglia@csf.lombardia.i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restart-iltuotalento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F8B67AB71F1F24CB896BD4A8AEBDD3B" ma:contentTypeVersion="18" ma:contentTypeDescription="Creare un nuovo documento." ma:contentTypeScope="" ma:versionID="2f8410d65cf426a38ae6b904cef6c929">
  <xsd:schema xmlns:xsd="http://www.w3.org/2001/XMLSchema" xmlns:xs="http://www.w3.org/2001/XMLSchema" xmlns:p="http://schemas.microsoft.com/office/2006/metadata/properties" xmlns:ns2="adc52a6e-38ca-4399-b517-cc11064ef7f4" xmlns:ns3="f1424f60-d8ba-4a6a-a7e8-ab7ee0e2e228" targetNamespace="http://schemas.microsoft.com/office/2006/metadata/properties" ma:root="true" ma:fieldsID="8597eb04ecc0222e9c6c9a50d7084437" ns2:_="" ns3:_="">
    <xsd:import namespace="adc52a6e-38ca-4399-b517-cc11064ef7f4"/>
    <xsd:import namespace="f1424f60-d8ba-4a6a-a7e8-ab7ee0e2e22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2:TaxCatchAll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52a6e-38ca-4399-b517-cc11064ef7f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dexed="true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7c2540b-02ae-4ceb-92f3-3a55bbbb7eda}" ma:internalName="TaxCatchAll" ma:showField="CatchAllData" ma:web="adc52a6e-38ca-4399-b517-cc11064ef7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24f60-d8ba-4a6a-a7e8-ab7ee0e2e2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Tag immagine" ma:readOnly="false" ma:fieldId="{5cf76f15-5ced-4ddc-b409-7134ff3c332f}" ma:taxonomyMulti="true" ma:sspId="591b4a95-bcda-4647-b0e4-30f819a1927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adc52a6e-38ca-4399-b517-cc11064ef7f4">TVU2CPXMKM6Y-2031721141-615015</_dlc_DocId>
    <lcf76f155ced4ddcb4097134ff3c332f xmlns="f1424f60-d8ba-4a6a-a7e8-ab7ee0e2e228">
      <Terms xmlns="http://schemas.microsoft.com/office/infopath/2007/PartnerControls"/>
    </lcf76f155ced4ddcb4097134ff3c332f>
    <TaxCatchAll xmlns="adc52a6e-38ca-4399-b517-cc11064ef7f4" xsi:nil="true"/>
    <_dlc_DocIdUrl xmlns="adc52a6e-38ca-4399-b517-cc11064ef7f4">
      <Url>https://centroserviziformazione.sharepoint.com/sites/Progetti/_layouts/15/DocIdRedir.aspx?ID=TVU2CPXMKM6Y-2031721141-615015</Url>
      <Description>TVU2CPXMKM6Y-2031721141-615015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1074A5E-A371-43BD-8840-F7DC4B53D93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E140E4E-400D-4BF2-A44B-CDF4D1087D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c52a6e-38ca-4399-b517-cc11064ef7f4"/>
    <ds:schemaRef ds:uri="f1424f60-d8ba-4a6a-a7e8-ab7ee0e2e2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BE0B62-F50C-4313-A9AA-84403E106A62}">
  <ds:schemaRefs>
    <ds:schemaRef ds:uri="http://schemas.microsoft.com/office/2006/metadata/properties"/>
    <ds:schemaRef ds:uri="http://schemas.microsoft.com/office/infopath/2007/PartnerControls"/>
    <ds:schemaRef ds:uri="adc52a6e-38ca-4399-b517-cc11064ef7f4"/>
    <ds:schemaRef ds:uri="f1424f60-d8ba-4a6a-a7e8-ab7ee0e2e228"/>
  </ds:schemaRefs>
</ds:datastoreItem>
</file>

<file path=customXml/itemProps4.xml><?xml version="1.0" encoding="utf-8"?>
<ds:datastoreItem xmlns:ds="http://schemas.openxmlformats.org/officeDocument/2006/customXml" ds:itemID="{D1DA6341-62F4-40A8-90D6-100C52FBE94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Michela Esperti</cp:lastModifiedBy>
  <cp:revision>2</cp:revision>
  <dcterms:created xsi:type="dcterms:W3CDTF">2026-07-02T10:25:00Z</dcterms:created>
  <dcterms:modified xsi:type="dcterms:W3CDTF">2026-07-02T10:25:00Z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0x0101003F8B67AB71F1F24CB896BD4A8AEBDD3B</vt:lpwstr>
  </property>
  <property fmtid="{D5CDD505-2E9C-101B-9397-08002B2CF9AE}" pid="3" name="_dlc_DocIdItemGuid">
    <vt:lpwstr>f3bd4adf-3bbf-4c1f-9c27-e744023070cf</vt:lpwstr>
  </property>
</Properties>
</file>